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03E6A"/>
          <w:sz w:val="24"/>
        </w:rPr>
        <w:t>CENTRO SANITARIO / CONSULTA</w:t>
      </w:r>
    </w:p>
    <w:p>
      <w:r>
        <w:rPr>
          <w:color w:val="5A6473"/>
          <w:sz w:val="16"/>
        </w:rPr>
        <w:t>Dirección · Localidad · Teléfono</w:t>
      </w:r>
    </w:p>
    <w:p>
      <w:pPr>
        <w:jc w:val="center"/>
      </w:pPr>
      <w:r>
        <w:rPr>
          <w:b/>
          <w:color w:val="103E6A"/>
          <w:sz w:val="26"/>
        </w:rPr>
        <w:t>CERTIFICADO DE ACOMPAÑAMIENTO A CONSULTA MÉDICA</w:t>
      </w:r>
    </w:p>
    <w:p>
      <w:pPr>
        <w:jc w:val="center"/>
      </w:pPr>
      <w:r>
        <w:rPr>
          <w:color w:val="5A6473"/>
          <w:sz w:val="18"/>
        </w:rPr>
        <w:t>Justificante para acompañante</w:t>
      </w:r>
    </w:p>
    <w:p>
      <w:r>
        <w:rPr>
          <w:b/>
          <w:color w:val="103E6A"/>
          <w:sz w:val="18"/>
        </w:rPr>
        <w:t>DATOS DEL ACOMPAÑANTE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DNI / NIE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DEL PACIENTE ACOMPAÑADO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Parentesco o relación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 LA ASISTENCIA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Centro sanitario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Localidad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Hora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sz w:val="18"/>
        </w:rPr>
        <w:t>El/la facultativo/a que suscribe CERTIFICA que la persona arriba indicada ha acompañado al paciente durante la asistencia médica detallada en este documento.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FIRMA Y SELLO DEL FACULTATIVO O DEL CENTRO</w:t>
            </w:r>
          </w:p>
          <w:p/>
          <w:p/>
          <w:p/>
          <w:p>
            <w:r>
              <w:rPr>
                <w:color w:val="5A6473"/>
                <w:sz w:val="16"/>
              </w:rPr>
              <w:t>Fdo.: ______________________</w:t>
            </w:r>
          </w:p>
        </w:tc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SELLO DEL CENTRO SANITARIO</w:t>
            </w:r>
          </w:p>
          <w:p/>
          <w:p/>
          <w:p/>
          <w:p>
            <w:r>
              <w:rPr>
                <w:color w:val="5A6473"/>
                <w:sz w:val="16"/>
              </w:rPr>
              <w:t>(espacio reservado al sello)</w:t>
            </w:r>
          </w:p>
        </w:tc>
      </w:tr>
    </w:tbl>
    <w:p>
      <w:pPr>
        <w:jc w:val="center"/>
      </w:pPr>
      <w:r>
        <w:rPr>
          <w:color w:val="969DA8"/>
          <w:sz w:val="14"/>
        </w:rPr>
        <w:t>Justificante para acompañante</w:t>
      </w:r>
    </w:p>
    <w:sectPr w:rsidR="00FC693F" w:rsidRPr="0006063C" w:rsidSect="00034616">
      <w:pgSz w:w="11906" w:h="16838"/>
      <w:pgMar w:top="794" w:right="1020" w:bottom="62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